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ונהנים –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העולמות בסדרת הקריאה ואת הנושא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רמות הקריאה השונות ואת מה שמתאים לכל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סוגי המשימות והמשחקים המופיעים בכל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ילדים שמוצאים מכשיר מוזר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מעץ הקקאו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דוגמאות שמופיעות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חמש רמות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עולם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(גשם רוח ושלג על ההרים)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(מאיה וחבריה מוצאים מכשיר מוזר)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(מעץ הקקאו ועד קוביית השוקולד)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(אותיות השורש במילים כמו רקד ושאל)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סדר הבחירה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לדף הראשי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רמת קריאה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עולם מבין ארבעת העולמות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הטקסט ופותרים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עולם ויכתבו שלוש עובדות נכונות ורלוונטיות לתוכן שהוצג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עולמות: חורף, יער, שוקולד,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א-ב עם ניקוד מלא, עולים עם מילון בארבע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ממשחקי הרשימה כגון תפזורת, חדר בריחה,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המצגות הפתיחה לפני מילוי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עולמות שונים ואז 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יותר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ונהנים –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סדרת קריאה עם ארבעה עולמות שונים: החורף, הרפתקה ביער, מסע השוקולד ומשפחות מילים. בכל עולם אפשר לבחור רמת קריאה מתאימה ולשחק במשחקים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משפחת  ·  חורף  ·  בריחה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עולמות יש בסדרת הקריאה המוזכרת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מספר העולם 'הרפתקה ביער'?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שמוצאים מכשיר מוזר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מסע לעץ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מאיפה מגיע השוקולד לפי העולם 'מסע השוקולד'?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מעץ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מפרח ורוד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בעולם החורף מדברים על גשם, רוח ורעמים וברקים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בעולם משפחות מילים לומדים על שורשים כמו כתב ולמד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רק רמת קריאה אחת בכל 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עולם ה__________ מספר על עונה קרה עם שלג וגשם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ה__________ פותרים חידות כדי להתקדם ולהשתחרר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אותיות השורש חוזרות במילים מאותה __________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עולם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אותיות השורש במילים כמו רקד ושאל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מעץ הקקאו ועד קוביית השוקולד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מאיה וחבריה מוצאים מכשיר מוזר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משפחות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גשם רוח ושלג על ההרים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סדר הבחירה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הטקסט ופותרים משחקים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נכנסים לדף הראשי של האתר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עולם מבין ארבעת העולמות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רמת קריאה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העולמות וכתבו שלוש עובדות מעניינות שלמדתם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עולמות יש בסדרת הקריאה ואיך קוראים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רמת א-ב לרמת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קוראים ונהנים – 4 עולמות בניקוד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