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קוראים ונהנים – 4 עולמות בניקוד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העולמות בסדרת הקריאה ואת הנושא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רמות הקריאה השונות ואת מה שמתאים לכל 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סוגי המשימות והמשחקים המופיעים בכל 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ילדים שמוצאים מכשיר מוזר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מעץ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ניקוד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מילון בארבע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דוגמאות שמופיעות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חמש רמות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מיון לשתי קבוצות ומיון לארבע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מצוין ברשימת המשחקים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עולם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(גשם רוח ושלג על ההרים)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(מאיה וחבריה מוצאים מכשיר מוזר)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(מעץ הקקאו ועד קוביית השוקולד)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(אותיות השורש במילים כמו רקד ושאל)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סדר הבחירה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נכנסים לדף הראשי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רמת קריאה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עולם מבין ארבעת העולמות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הטקסט ופותרים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עונים על שאלות כרטיס היציאה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יבחרו עולם ויכתבו שלוש עובדות נכונות ורלוונטיות לתוכן שהוצג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המציגה נושא הגיוני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ארבעה עולמות: חורף, יער, שוקולד, 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א-ב עם ניקוד מלא, עולים עם מילון בארבע 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ממשחקי הרשימה כגון תפזורת, חדר בריחה, משחק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המצגות הפתיחה לפני מילוי הדף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לפי עולמות שונים ואז לשתף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מסומנים כקשים יותר מתאימים להעמקה או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קוראים ונהנים – 4 עולמות בניקוד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ארבעה נושאים לקריאה: חורף, יער, שוקולד ומילים. בכל נושא בוחרים רמה קלה או קשה ומשחקים משחקים.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קריאה שלם עם טקסט ומשחקים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דרגת קושי של הטקסט לפי 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הסימנים מתחת לאותיות שעוזרים לקרוא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העיקריות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להן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 בריחה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פותרים חידות כדי להתקדם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תפזורת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מחפשים מילים בתוך טבלת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קצרות בסוף השיעור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נושאי קריאה יש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בסיפור על היער?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שמוצאים מכשיר מוזר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 לעץ הקקאו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עונת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מאיזה עץ עושים 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מעץ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מעץ הקקאו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מפרח ורוד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כתובה הרמה של א-ב?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ניקוד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 ניקוד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ברמת העולים?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בארבע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חדר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תפזורת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עולם הוא חדש ונפתח בעמוד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משפחות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השוקולד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בעולם החורף מדברים על גשם, רוח ורעמים וברקים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בעולם משפחות מילים לומדים על שורשים כמו כתב ולמד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רמת קריאה אחת בכל 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חנ"מ מתוארת כקצרה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במשחקים אין אפשרות למיון מילים לקבוצות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עולם יש ערכה של 12 קלפים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עולם ה__________ מספר על עונה קרה עם שלג וגשם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ה__________ פותרים חידות כדי להתקדם ולהשתחרר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אותיות השורש חוזרות במילים מאותה 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ברמת __________ יש מילון בארבע שפות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במשחק __________ מחפשים מילים בתוך טבלת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העולם הבא שעתיד להיפתח בסדרה עוסק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עולם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אותיות השורש במילים כמו רקד ושאל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הרפתקה ביער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גשם רוח ושלג על ההרים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 השוקולד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מאיה וחבריה מוצאים מכשיר מוזר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משפחות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מעץ הקקאו ועד קוביית השוקולד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סדר הבחירה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עולם מבין ארבעת העולמות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שאלות כרטיס היציאה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נכנסים לדף הראשי של האתר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רמת קריאה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 ופותרים משחקים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העולמות וכתבו שלוש עובדות מעניינות שלמדתם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עולם חמישי חדש לסדרה (לא כדורגל) - איזה נושא תבחרו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עולמות יש בסדרת הקריאה ואיך קוראים לכל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רמת א-ב לרמת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למשחק שאפשר למצוא באחד העולמות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קוראים ונהנים – 4 עולמות בניקוד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