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ונהנים –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העולמות בסדרת הקריאה ואת הנושא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רמות הקריאה השונות ואת מה שמתאים לכל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סוגי המשימות והמשחקים המופיעים בכל 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ילדים שמוצאים מכשיר מוזר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ניקוד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מילון בארבע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דוגמאות שמופיעות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חמש רמות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מיון לשתי קבוצות ומיון לארבע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ברשימת המשחקים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עולם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(גשם רוח ושלג על ההרים)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(מאיה וחבריה מוצאים מכשיר מוזר)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(מעץ הקקאו ועד קוביית השוקולד)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(אותיות השורש במילים כמו רקד ושאל)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סדר הבחירה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לדף הראשי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רמת קריאה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עולם מבין ארבעת העולמות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הטקסט ופותרים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על שאלות כרטיס היציאה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עולם ויכתבו שלוש עובדות נכונות ורלוונטיות לתוכן שהוצג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המציגה נושא הגיוני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עולמות: חורף, יער, שוקולד,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א-ב עם ניקוד מלא, עולים עם מילון בארבע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ממשחקי הרשימה כגון תפזורת, חדר בריחה,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המצגות הפתיחה לפני מילוי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עולמות שונים ואז 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יותר מתאימים להעמקה או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ונהנים – 4 עולמות בניקוד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סדרת קריאה עם ארבעה עולמות שונים: החורף, הרפתקה ביער, מסע השוקולד ומשפחות מילים. בכל עולם אפשר לבחור רמת קריאה מתאימה ולשחק במשחקים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עולמות יש בסדרת הקריאה המוזכרת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העולם 'הרפתקה ביער'?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שמוצאים מכשיר מוזר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לעץ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מגיע השוקולד לפי העולם 'מסע השוקולד'?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מעץ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מפרח ורוד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רמת 'א׳-ב׳'?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ניקוד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ברמת 'עולים' שאין ברמות אחרות?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בארבע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חדר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עולם חדש נפתח בלשונית נפרדת?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משפחות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השוקולד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בעולם החורף מדברים על גשם, רוח ורעמים וברקים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בעולם משפחות מילים לומדים על שורשים כמו כתב ולמד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רמת קריאה אחת בכל 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חנ"מ מתוארת כקצרה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במשחקים אין אפשרות למיון מילים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עולם יש ערכה של 12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עולם ה__________ מספר על עונה קרה עם שלג וגשם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ה__________ פותרים חידות כדי להתקדם ולהשתחרר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אותיות השורש חוזרות במילים מאותה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__________ יש מילון בארבע שפות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__________ מחפשים מילים בתוך טבלת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העולם הבא שעתיד להיפתח בסדרה עוסק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עולם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מעץ הקקאו ועד קוביית השוקולד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הרפתקה ביער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גשם רוח ושלג על ההרים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 השוקולד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אותיות השורש במילים כמו רקד ושאל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משפחות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מאיה וחבריה מוצאים מכשיר מוזר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סדר הבחירה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כרטיס היציאה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עולם מבין ארבעת העולמות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רמת קריאה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לדף הראשי של האתר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ופותרים משחקים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העולמות וכתבו שלוש עובדות מעניינות שלמדתם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עולם חמישי חדש לסדרה (לא כדורגל) - איזה נושא תבחרו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עולמות יש בסדרת הקריאה ואיך קוראים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א-ב לרמת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למשחק שאפשר למצוא באחד העולמות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קוראים ונהנים – 4 עולמות בניקוד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